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בעברית ובאנגלית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מפתח הקשורות לחג הסיגד ולכמיהה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לתרגם בין עברית לאנגלית את המילים הנלמדות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המילים בהקשר של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(covenant, a deep promise)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(prayer)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(holiday)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(mountain)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רצון חזק לראות מישהו או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קבוצת אנשים החיים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mountain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תפילה היא דיבור, בקשה או שבח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צום הוא הימנעות מאכילה ושתייה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מהות החג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סעודה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ישתמשו נכון במשמעות המילים ובהקשר של החג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הבטחה עמוקה בין אנשים או בין עם לאלוהים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סעודה - ארוחה חגיגית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החג מבטא כמיהה וגעגוע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המילים על הלוח לפני תחילת התרגול כדי לחזק את ההיכרות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הקראה בקול של המילים בעברית ובאנגלית לתרגול ההגייה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הפריטים המסומנים skip_n בכיתות המתקשות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בעברית ובאנגלית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חג הסיגד הוא חג המבטא געגוע וכמיהה של יהודי אתיופיה לירושלים. בדף זה נתרגל מילים חשובות הקשורות לחג, בעברית ובאנגלית.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הר  ·  סעודה  ·  ברית  ·  צום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mountain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תפילה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holiday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prayer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covenant, a deep promise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המשמעות של המילה 'געגוע'?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ארוחה חגיגית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רצון חזק לראות מישהו או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קבוצת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'קהילה'?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ארוחה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קבוצת אנשים החיים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מהי המילה באנגלית ל'הר'?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prayer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mountain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fast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'תפילה' קשורה לפנייה בדיבור או בקשה.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'צום' פירושו ארוחה חגיגית.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הסיגד מבטא כמיהה וגעגוע לירושלים.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אנשים שלא אוכלים ולא שותים נמצאים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בין העם לאלוהים הוא הבטחה עמוקה.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ה__________ היא מקום גבוה מאוד באדמה.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בסוף היום החגיגי אוכלים __________ גדולה.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משפטים קצרים המשתמשים לפחות בשלוש מהמילים שלמדנו (למשל: געגוע, הר, קהילה).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המשמעות של המילה 'ברית'?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הקשורה לאוכל בחג הסיגד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בעברית ובאנגלית –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