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לחג הסיגד ולכמיהה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את המילים הנלמדות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ח (covenant, a deep promise)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(holiday)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(mountain)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(fast (not eating))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ז (longing, missing a person or a place)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ה (festive meal)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א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רצון חזק לראות מישהו או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קבוצת אנשים החיים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mountain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הבטחה עמוקה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ארוחה חגיגית וגדולה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תפילה היא דיבור, בקשה או שבח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צום הוא הימנעות מאכילה ושתייה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 באנגלית הוא mountain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מהות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ישתמשו נכון במשמעות המילים ובהקשר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 מבטא את הכמיהה והגעגוע של יהודי אתיופיה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עמוקה בין אנשים או בין עם לאלוהים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סעודה - ארוחה חגיגית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מבטא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על הלוח לפני תחילת התרגול כדי לחזק את ההיכרות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הקראה בקול של המילים בעברית ובאנגלית לתרגול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מיוחד. בחג הזה אנשים מתגעגעים לירושלים. נלמד מילים בעברית ובאנגלית.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עמוקה בין אנשים או בין 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בדיבור, בקשה או שבח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וחגיגי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גבוה מאוד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לראות מישהו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חגיגית וגדולה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החיים יחד וקשורים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mountain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fast (not eating)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festive meal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holiday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longing, missing a person or a place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covenant, a deep promise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'געגוע'?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 חזק לראות מישהו או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הבטחה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'לא לאכול'?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'קהילה'?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אנשים החיים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'הר'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mountain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fast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covenant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'ברית'?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הבטחה עמוקה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'סעודה'?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חגיגית וגדולה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'תפילה' קשורה לפנייה בדיבור או בקשה.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'צום' פירושו ארוחה חגיגית.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'הר' באנגלית הוא community.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מבטא כמיהה וגעגוע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'קהילה' פירושה קבוצת אנשים החיים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שלא אוכלים ולא שותים נמצאים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בין העם לאלוהים הוא הבטחה עמוקה.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מקום גבוה מאוד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היום החגיגי אוכלים __________ גדולה.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 יהודי אתיופיה לירושלים התבטאה בחג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אנשים רבים מתאספים יחד ומתפללים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המשתמשים לפחות בשלוש מהמילים שלמדנו (למשל: געגוע, הר, קהילה).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חג הסיגד קשור למילה 'געגוע'.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'ברית'?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הקשורה לאוכל בחג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המילה 'געגוע' מתאימה לתיאור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