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בעברית ובאנגלית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הקשורות לחג הסיגד ולכמיהה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בין עברית לאנגלית את המילים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בהקשר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(covenant, a deep promise)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(prayer)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(holiday)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(mountain)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ז (fast (not eating))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ח (longing, missing a person or a place)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 – א (festive meal)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 – ב (community)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רצון חזק לראות מישהו או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קבוצת אנשים החיים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mountain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הבטחה עמוקה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ארוחה חגיגית וגדולה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תפילה היא דיבור, בקשה או שבח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צום הוא הימנעות מאכילה ושתייה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 באנגלית הוא mountain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מהות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ישתמשו נכון במשמעות המילים ובהקשר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החג מבטא את הכמיהה והגעגוע של יהודי אתיופיה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הבטחה עמוקה בין אנשים או בין עם לאלוהים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סעודה - ארוחה חגיגית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החג מבטא כמיהה וגעגוע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המילים על הלוח לפני תחילת התרגול כדי לחזק את ההיכרות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הקראה בקול של המילים בעברית ובאנגלית לתרגול ההגייה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בעברית ובאנגלית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המבטא געגוע וכמיהה של יהודי אתיופיה לירושלים. בדף זה נתרגל מילים חשובות הקשורות לחג, בעברית ובאנגלית.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festive meal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community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prayer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covenant, a deep promise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holiday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mountain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7. סעודה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ז. fast (not eating)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ח. longing, missing a person or a place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המילה 'געגוע'?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ארוחה חגיגית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 חזק לראות מישהו או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הבטחה עמוקה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מתארת 'לא אוכלים ולא שותים זמן מסוים'?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'קהילה'?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אנשים החיים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המילה באנגלית ל'הר'?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prayer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mountain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fast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covenant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'ברית' לפי ההקשר של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ארוחה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הבטחה עמוקה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קבוצת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'סעודה'?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תפילה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ארוחה חגיגית וגדולה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צום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גבוה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'תפילה' קשורה לפנייה בדיבור או בקשה.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'צום' פירושו ארוחה חגיגית.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'הר' באנגלית הוא community.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מבטא כמיהה וגעגוע לירושלים.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'קהילה' פירושה קבוצת אנשים החיים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אנשים שלא אוכלים ולא שותים נמצאים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בין העם לאלוהים הוא הבטחה עמוקה.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מקום גבוה מאוד באדמה.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היום החגיגי אוכלים __________ גדולה.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של יהודי אתיופיה לירושלים התבטאה בחג הסיגד.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אנשים רבים מתאספים יחד ומתפללים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 המשתמשים לפחות בשלוש מהמילים שלמדנו (למשל: געגוע, הר, קהילה).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חג הסיגד קשור למילה 'געגוע'.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המילה 'ברית'?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הקשורה לאוכל בחג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המילה 'געגוע' מתאימה לתיאור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בעברית ובאנגלית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